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DB879" w14:textId="77777777" w:rsidR="00F051AC" w:rsidRDefault="00F051AC">
      <w:pPr>
        <w:jc w:val="center"/>
        <w:rPr>
          <w:b/>
          <w:sz w:val="32"/>
        </w:rPr>
      </w:pPr>
    </w:p>
    <w:p w14:paraId="04703A6F" w14:textId="77777777" w:rsidR="00F051AC" w:rsidRDefault="00F051AC">
      <w:pPr>
        <w:jc w:val="center"/>
        <w:rPr>
          <w:b/>
          <w:sz w:val="32"/>
        </w:rPr>
      </w:pPr>
    </w:p>
    <w:p w14:paraId="39231146" w14:textId="02EACABC" w:rsidR="003D3AE9" w:rsidRDefault="00F051AC">
      <w:pPr>
        <w:jc w:val="center"/>
      </w:pPr>
      <w:r>
        <w:rPr>
          <w:b/>
          <w:sz w:val="32"/>
        </w:rPr>
        <w:t>Title of the Paper</w:t>
      </w:r>
    </w:p>
    <w:p w14:paraId="115A7357" w14:textId="77777777" w:rsidR="003D3AE9" w:rsidRDefault="003D3AE9"/>
    <w:p w14:paraId="560779F7" w14:textId="77777777" w:rsidR="003D3AE9" w:rsidRDefault="00F051AC">
      <w:pPr>
        <w:jc w:val="center"/>
      </w:pPr>
      <w:r>
        <w:rPr>
          <w:sz w:val="24"/>
        </w:rPr>
        <w:t>First Author¹, Second Author²</w:t>
      </w:r>
    </w:p>
    <w:p w14:paraId="77DEDCC2" w14:textId="77777777" w:rsidR="003D3AE9" w:rsidRDefault="00F051AC">
      <w:pPr>
        <w:jc w:val="center"/>
      </w:pPr>
      <w:r>
        <w:t>¹Institution, City, Country, e-mail: author@domain.com</w:t>
      </w:r>
      <w:r>
        <w:br/>
        <w:t>²Institution, City, Country</w:t>
      </w:r>
    </w:p>
    <w:p w14:paraId="3BC7EB20" w14:textId="77777777" w:rsidR="003D3AE9" w:rsidRDefault="003D3AE9"/>
    <w:p w14:paraId="7F93ECC8" w14:textId="77777777" w:rsidR="003D3AE9" w:rsidRDefault="00F051AC">
      <w:r>
        <w:rPr>
          <w:b/>
          <w:sz w:val="24"/>
        </w:rPr>
        <w:t>Abstract:</w:t>
      </w:r>
    </w:p>
    <w:p w14:paraId="68EFC3C4" w14:textId="77777777" w:rsidR="003D3AE9" w:rsidRDefault="00F051AC">
      <w:r>
        <w:rPr>
          <w:sz w:val="24"/>
        </w:rPr>
        <w:t>The abstract should be written in a single paragraph, without subheadings, containing 250–300 words (depending on symposium requirements). It should briefly present the background/context, the objective of the work, the methodology (if applicable), the main results, and the conclusions. Write concisely and clearly, preferably in the third person.</w:t>
      </w:r>
    </w:p>
    <w:p w14:paraId="51363402" w14:textId="77777777" w:rsidR="003D3AE9" w:rsidRDefault="003D3AE9"/>
    <w:p w14:paraId="27760998" w14:textId="77777777" w:rsidR="003D3AE9" w:rsidRDefault="00F051AC">
      <w:r>
        <w:rPr>
          <w:b/>
          <w:sz w:val="24"/>
        </w:rPr>
        <w:t>Keywords:</w:t>
      </w:r>
    </w:p>
    <w:p w14:paraId="765AD007" w14:textId="77777777" w:rsidR="003D3AE9" w:rsidRDefault="00F051AC">
      <w:r>
        <w:rPr>
          <w:sz w:val="24"/>
        </w:rPr>
        <w:t>Keyword1, Keyword2, Keyword3, Keyword4, Keyword5</w:t>
      </w:r>
    </w:p>
    <w:p w14:paraId="14EB8525" w14:textId="77777777" w:rsidR="003D3AE9" w:rsidRDefault="003D3AE9"/>
    <w:p w14:paraId="2A5FA5CC" w14:textId="77777777" w:rsidR="003D3AE9" w:rsidRDefault="00F051AC">
      <w:r>
        <w:rPr>
          <w:b/>
          <w:sz w:val="24"/>
        </w:rPr>
        <w:t>Formatting guidelines</w:t>
      </w:r>
    </w:p>
    <w:p w14:paraId="32685648" w14:textId="77777777" w:rsidR="003D3AE9" w:rsidRDefault="00F051AC">
      <w:r>
        <w:t>- Font: Times New Roman, 12 pt</w:t>
      </w:r>
      <w:r>
        <w:br/>
        <w:t>- Line spacing: 1.15 or 1.5</w:t>
      </w:r>
      <w:r>
        <w:br/>
        <w:t>- Margins: 2.5 cm</w:t>
      </w:r>
      <w:r>
        <w:br/>
        <w:t>- Length: max. 1 page</w:t>
      </w:r>
      <w:r>
        <w:br/>
        <w:t>- Language: English only</w:t>
      </w:r>
      <w:r>
        <w:br/>
        <w:t>- If there are multiple authors: mark the presenting author with an asterisk or bold.</w:t>
      </w:r>
    </w:p>
    <w:sectPr w:rsidR="003D3AE9" w:rsidSect="00034616">
      <w:headerReference w:type="default" r:id="rId8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1BE3C" w14:textId="77777777" w:rsidR="00F051AC" w:rsidRDefault="00F051AC">
      <w:pPr>
        <w:spacing w:after="0" w:line="240" w:lineRule="auto"/>
      </w:pPr>
      <w:r>
        <w:separator/>
      </w:r>
    </w:p>
  </w:endnote>
  <w:endnote w:type="continuationSeparator" w:id="0">
    <w:p w14:paraId="75495D3D" w14:textId="77777777" w:rsidR="00F051AC" w:rsidRDefault="00F05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71E66" w14:textId="77777777" w:rsidR="00F051AC" w:rsidRDefault="00F051AC">
      <w:pPr>
        <w:spacing w:after="0" w:line="240" w:lineRule="auto"/>
      </w:pPr>
      <w:r>
        <w:separator/>
      </w:r>
    </w:p>
  </w:footnote>
  <w:footnote w:type="continuationSeparator" w:id="0">
    <w:p w14:paraId="56E3163E" w14:textId="77777777" w:rsidR="00F051AC" w:rsidRDefault="00F05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FE1C6" w14:textId="088FD688" w:rsidR="003D3AE9" w:rsidRDefault="00F051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25E671" wp14:editId="28BBA6A0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1000125" cy="1000125"/>
          <wp:effectExtent l="0" t="0" r="9525" b="9525"/>
          <wp:wrapThrough wrapText="bothSides">
            <wp:wrapPolygon edited="0">
              <wp:start x="0" y="0"/>
              <wp:lineTo x="0" y="21394"/>
              <wp:lineTo x="21394" y="21394"/>
              <wp:lineTo x="21394" y="0"/>
              <wp:lineTo x="0" y="0"/>
            </wp:wrapPolygon>
          </wp:wrapThrough>
          <wp:docPr id="533682332" name="Picture 1" descr="A blue logo with a wave and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682332" name="Picture 1" descr="A blue logo with a wave and dot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012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2871134">
    <w:abstractNumId w:val="8"/>
  </w:num>
  <w:num w:numId="2" w16cid:durableId="930427096">
    <w:abstractNumId w:val="6"/>
  </w:num>
  <w:num w:numId="3" w16cid:durableId="324473814">
    <w:abstractNumId w:val="5"/>
  </w:num>
  <w:num w:numId="4" w16cid:durableId="1701972280">
    <w:abstractNumId w:val="4"/>
  </w:num>
  <w:num w:numId="5" w16cid:durableId="834566750">
    <w:abstractNumId w:val="7"/>
  </w:num>
  <w:num w:numId="6" w16cid:durableId="344677342">
    <w:abstractNumId w:val="3"/>
  </w:num>
  <w:num w:numId="7" w16cid:durableId="1112869002">
    <w:abstractNumId w:val="2"/>
  </w:num>
  <w:num w:numId="8" w16cid:durableId="2005477127">
    <w:abstractNumId w:val="1"/>
  </w:num>
  <w:num w:numId="9" w16cid:durableId="503280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D3AE9"/>
    <w:rsid w:val="005B642D"/>
    <w:rsid w:val="00AA1D8D"/>
    <w:rsid w:val="00B47730"/>
    <w:rsid w:val="00CB0664"/>
    <w:rsid w:val="00F051A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C234B7"/>
  <w14:defaultImageDpi w14:val="300"/>
  <w15:docId w15:val="{3C402666-7442-4B18-807B-CA8878946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dejan kastratovic</cp:lastModifiedBy>
  <cp:revision>2</cp:revision>
  <dcterms:created xsi:type="dcterms:W3CDTF">2025-09-08T10:11:00Z</dcterms:created>
  <dcterms:modified xsi:type="dcterms:W3CDTF">2025-09-08T10:11:00Z</dcterms:modified>
  <cp:category/>
</cp:coreProperties>
</file>